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D371" w14:textId="77777777" w:rsidR="001503A4" w:rsidRDefault="001503A4" w:rsidP="001503A4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5D1637">
        <w:rPr>
          <w:rFonts w:ascii="Book Antiqua" w:hAnsi="Book Antiqua"/>
          <w:b/>
          <w:bCs/>
          <w:noProof/>
          <w:lang w:val="en-IN" w:eastAsia="en-IN"/>
        </w:rPr>
        <w:drawing>
          <wp:inline distT="0" distB="0" distL="0" distR="0" wp14:anchorId="40434E9A" wp14:editId="712B5338">
            <wp:extent cx="583968" cy="572135"/>
            <wp:effectExtent l="0" t="0" r="6985" b="0"/>
            <wp:docPr id="628627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8" cy="60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784A6" w14:textId="77777777" w:rsidR="001503A4" w:rsidRPr="005D1637" w:rsidRDefault="001503A4" w:rsidP="001503A4">
      <w:pPr>
        <w:spacing w:after="0" w:line="240" w:lineRule="auto"/>
        <w:jc w:val="center"/>
        <w:rPr>
          <w:rFonts w:ascii="Book Antiqua" w:hAnsi="Book Antiqua"/>
          <w:b/>
          <w:bCs/>
          <w:sz w:val="28"/>
          <w:szCs w:val="28"/>
        </w:rPr>
      </w:pPr>
      <w:r w:rsidRPr="005D1637">
        <w:rPr>
          <w:rFonts w:ascii="Book Antiqua" w:hAnsi="Book Antiqua"/>
          <w:b/>
          <w:bCs/>
          <w:sz w:val="28"/>
          <w:szCs w:val="28"/>
        </w:rPr>
        <w:t>KERALA ACADEMY OF SCIENCES</w:t>
      </w:r>
    </w:p>
    <w:p w14:paraId="3CE88BAD" w14:textId="77777777" w:rsidR="001503A4" w:rsidRPr="005D1637" w:rsidRDefault="001503A4" w:rsidP="001503A4">
      <w:pPr>
        <w:jc w:val="center"/>
        <w:rPr>
          <w:rFonts w:ascii="Book Antiqua" w:hAnsi="Book Antiqua"/>
        </w:rPr>
      </w:pPr>
      <w:hyperlink r:id="rId7" w:history="1">
        <w:r w:rsidRPr="005D1637">
          <w:rPr>
            <w:rStyle w:val="Hyperlink"/>
            <w:rFonts w:ascii="Book Antiqua" w:hAnsi="Book Antiqua"/>
          </w:rPr>
          <w:t>www.kas.org.in</w:t>
        </w:r>
      </w:hyperlink>
      <w:r>
        <w:rPr>
          <w:rFonts w:ascii="Book Antiqua" w:hAnsi="Book Antiqua"/>
        </w:rPr>
        <w:t xml:space="preserve"> </w:t>
      </w:r>
    </w:p>
    <w:p w14:paraId="564AD977" w14:textId="6932BE0E" w:rsidR="00253151" w:rsidRPr="00777D17" w:rsidRDefault="001503A4" w:rsidP="001503A4">
      <w:pPr>
        <w:ind w:left="-284"/>
        <w:rPr>
          <w:rFonts w:ascii="Book Antiqua" w:hAnsi="Book Antiqua"/>
          <w:sz w:val="26"/>
          <w:szCs w:val="26"/>
        </w:rPr>
      </w:pPr>
      <w:r w:rsidRPr="00777D17">
        <w:rPr>
          <w:rFonts w:ascii="Book Antiqua" w:hAnsi="Book Antiqua"/>
          <w:b/>
          <w:color w:val="005F73"/>
          <w:sz w:val="26"/>
          <w:szCs w:val="26"/>
        </w:rPr>
        <w:t>Invitation for Paper Presentations</w:t>
      </w:r>
    </w:p>
    <w:p w14:paraId="10858AD1" w14:textId="7AE3D550" w:rsidR="00253151" w:rsidRPr="001503A4" w:rsidRDefault="00EF1E81" w:rsidP="001503A4">
      <w:pPr>
        <w:ind w:left="-284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color w:val="0A9396"/>
          <w:sz w:val="28"/>
          <w:szCs w:val="28"/>
        </w:rPr>
        <w:t>Second</w:t>
      </w:r>
      <w:r w:rsidR="001503A4" w:rsidRPr="001503A4">
        <w:rPr>
          <w:rFonts w:ascii="Book Antiqua" w:hAnsi="Book Antiqua"/>
          <w:b/>
          <w:bCs/>
          <w:color w:val="0A9396"/>
          <w:sz w:val="28"/>
          <w:szCs w:val="28"/>
        </w:rPr>
        <w:t xml:space="preserve"> Dr. P. V. Mohanan Endowment Oration &amp; Award </w:t>
      </w:r>
      <w:proofErr w:type="spellStart"/>
      <w:r w:rsidR="001503A4" w:rsidRPr="001503A4">
        <w:rPr>
          <w:rFonts w:ascii="Book Antiqua" w:hAnsi="Book Antiqua"/>
          <w:b/>
          <w:bCs/>
          <w:color w:val="0A9396"/>
          <w:sz w:val="28"/>
          <w:szCs w:val="28"/>
        </w:rPr>
        <w:t>Programme</w:t>
      </w:r>
      <w:proofErr w:type="spellEnd"/>
      <w:r w:rsidR="001503A4" w:rsidRPr="001503A4">
        <w:rPr>
          <w:rFonts w:ascii="Book Antiqua" w:hAnsi="Book Antiqua"/>
          <w:b/>
          <w:bCs/>
          <w:color w:val="0A9396"/>
          <w:sz w:val="24"/>
        </w:rPr>
        <w:br/>
      </w:r>
      <w:r>
        <w:rPr>
          <w:rFonts w:ascii="Book Antiqua" w:hAnsi="Book Antiqua"/>
          <w:b/>
          <w:bCs/>
          <w:color w:val="0A9396"/>
          <w:sz w:val="24"/>
        </w:rPr>
        <w:t>3</w:t>
      </w:r>
      <w:r w:rsidR="001679A7">
        <w:rPr>
          <w:rFonts w:ascii="Book Antiqua" w:hAnsi="Book Antiqua"/>
          <w:b/>
          <w:bCs/>
          <w:color w:val="0A9396"/>
          <w:sz w:val="24"/>
        </w:rPr>
        <w:t>rd</w:t>
      </w:r>
      <w:r w:rsidR="00406FD8">
        <w:rPr>
          <w:rFonts w:ascii="Book Antiqua" w:hAnsi="Book Antiqua"/>
          <w:b/>
          <w:bCs/>
          <w:color w:val="0A9396"/>
          <w:sz w:val="24"/>
        </w:rPr>
        <w:t xml:space="preserve"> </w:t>
      </w:r>
      <w:r>
        <w:rPr>
          <w:rFonts w:ascii="Book Antiqua" w:hAnsi="Book Antiqua"/>
          <w:b/>
          <w:bCs/>
          <w:color w:val="0A9396"/>
          <w:sz w:val="24"/>
        </w:rPr>
        <w:t>September 2026</w:t>
      </w:r>
      <w:r w:rsidR="001503A4" w:rsidRPr="001503A4">
        <w:rPr>
          <w:rFonts w:ascii="Book Antiqua" w:hAnsi="Book Antiqua"/>
          <w:b/>
          <w:bCs/>
          <w:color w:val="0A9396"/>
          <w:sz w:val="24"/>
        </w:rPr>
        <w:t>|</w:t>
      </w:r>
      <w:r w:rsidRPr="00EF1E81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bCs/>
          <w:color w:val="0A9396"/>
          <w:sz w:val="24"/>
        </w:rPr>
        <w:t xml:space="preserve">University of Kerala, </w:t>
      </w:r>
      <w:proofErr w:type="spellStart"/>
      <w:r>
        <w:rPr>
          <w:rFonts w:ascii="Book Antiqua" w:hAnsi="Book Antiqua"/>
          <w:b/>
          <w:bCs/>
          <w:color w:val="0A9396"/>
          <w:sz w:val="24"/>
        </w:rPr>
        <w:t>Karyavattom</w:t>
      </w:r>
      <w:proofErr w:type="spellEnd"/>
      <w:r>
        <w:rPr>
          <w:rFonts w:ascii="Book Antiqua" w:hAnsi="Book Antiqua"/>
          <w:b/>
          <w:bCs/>
          <w:color w:val="0A9396"/>
          <w:sz w:val="24"/>
        </w:rPr>
        <w:t>, Thiruvananthapuram</w:t>
      </w:r>
    </w:p>
    <w:p w14:paraId="0959C32C" w14:textId="2BB0472C" w:rsidR="00253151" w:rsidRPr="001503A4" w:rsidRDefault="001503A4" w:rsidP="001503A4">
      <w:pPr>
        <w:ind w:left="-284"/>
        <w:jc w:val="both"/>
        <w:rPr>
          <w:rFonts w:ascii="Book Antiqua" w:hAnsi="Book Antiqua"/>
        </w:rPr>
      </w:pPr>
      <w:r w:rsidRPr="001503A4">
        <w:rPr>
          <w:rFonts w:ascii="Book Antiqua" w:hAnsi="Book Antiqua"/>
        </w:rPr>
        <w:t xml:space="preserve">The Kerala Academy of Sciences (KAS) invites young researchers and scholars to participate in the Paper Presentation Session in </w:t>
      </w:r>
      <w:r w:rsidRPr="001503A4">
        <w:rPr>
          <w:rFonts w:ascii="Book Antiqua" w:hAnsi="Book Antiqua"/>
          <w:b/>
          <w:bCs/>
        </w:rPr>
        <w:t>New Biology</w:t>
      </w:r>
      <w:r w:rsidRPr="001503A4">
        <w:rPr>
          <w:rFonts w:ascii="Book Antiqua" w:hAnsi="Book Antiqua"/>
        </w:rPr>
        <w:t xml:space="preserve"> as part of the </w:t>
      </w:r>
      <w:proofErr w:type="spellStart"/>
      <w:r w:rsidRPr="001503A4">
        <w:rPr>
          <w:rFonts w:ascii="Book Antiqua" w:hAnsi="Book Antiqua"/>
        </w:rPr>
        <w:t>programme</w:t>
      </w:r>
      <w:proofErr w:type="spellEnd"/>
      <w:r w:rsidRPr="001503A4">
        <w:rPr>
          <w:rFonts w:ascii="Book Antiqua" w:hAnsi="Book Antiqua"/>
        </w:rPr>
        <w:t>.</w:t>
      </w:r>
    </w:p>
    <w:p w14:paraId="53A11246" w14:textId="77777777" w:rsidR="00253151" w:rsidRPr="001503A4" w:rsidRDefault="001503A4" w:rsidP="001503A4">
      <w:pPr>
        <w:pStyle w:val="Heading2"/>
        <w:ind w:left="-284"/>
        <w:rPr>
          <w:rFonts w:ascii="Book Antiqua" w:hAnsi="Book Antiqua"/>
        </w:rPr>
      </w:pPr>
      <w:r w:rsidRPr="001503A4">
        <w:rPr>
          <w:rFonts w:ascii="Book Antiqua" w:hAnsi="Book Antiqua"/>
        </w:rPr>
        <w:t>Themes / Areas</w:t>
      </w:r>
    </w:p>
    <w:p w14:paraId="6546F679" w14:textId="05D22465" w:rsidR="00253151" w:rsidRPr="001503A4" w:rsidRDefault="001503A4" w:rsidP="001503A4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1503A4">
        <w:rPr>
          <w:rFonts w:ascii="Book Antiqua" w:hAnsi="Book Antiqua"/>
        </w:rPr>
        <w:t>Molecular Biology &amp; Biotechnology</w:t>
      </w:r>
    </w:p>
    <w:p w14:paraId="6E6A6123" w14:textId="27A04FA4" w:rsidR="00253151" w:rsidRPr="00EF1E81" w:rsidRDefault="001503A4" w:rsidP="001503A4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EF1E81">
        <w:rPr>
          <w:rFonts w:ascii="Book Antiqua" w:hAnsi="Book Antiqua"/>
        </w:rPr>
        <w:t>Toxicology &amp; Biomedical Technology</w:t>
      </w:r>
    </w:p>
    <w:p w14:paraId="134AFA10" w14:textId="77777777" w:rsidR="00EF1E81" w:rsidRPr="00EF1E81" w:rsidRDefault="001503A4" w:rsidP="00EF1E81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EF1E81">
        <w:rPr>
          <w:rFonts w:ascii="Book Antiqua" w:hAnsi="Book Antiqua"/>
        </w:rPr>
        <w:t>Microbiology &amp; Environmental Biology</w:t>
      </w:r>
    </w:p>
    <w:p w14:paraId="1F8E6DD6" w14:textId="123195C2" w:rsidR="00EF1E81" w:rsidRPr="00EF1E81" w:rsidRDefault="00EF1E81" w:rsidP="00EF1E81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EF1E81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Multiomics &amp; Bioinformatics</w:t>
      </w:r>
    </w:p>
    <w:p w14:paraId="0C7B02E0" w14:textId="77777777" w:rsidR="00EF1E81" w:rsidRPr="00EF1E81" w:rsidRDefault="001503A4" w:rsidP="00EF1E81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EF1E81">
        <w:rPr>
          <w:rFonts w:ascii="Book Antiqua" w:hAnsi="Book Antiqua"/>
        </w:rPr>
        <w:t>Plant and Animal Sciences</w:t>
      </w:r>
    </w:p>
    <w:p w14:paraId="4C36A2C0" w14:textId="50F61B1D" w:rsidR="00EF1E81" w:rsidRPr="00EF1E81" w:rsidRDefault="00EF1E81" w:rsidP="00EF1E81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EF1E81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Artificial Intelligence in Biological Research</w:t>
      </w:r>
    </w:p>
    <w:p w14:paraId="585B3B68" w14:textId="69927535" w:rsidR="00253151" w:rsidRPr="00EF1E81" w:rsidRDefault="001503A4" w:rsidP="001503A4">
      <w:pPr>
        <w:pStyle w:val="ListBullet"/>
        <w:numPr>
          <w:ilvl w:val="0"/>
          <w:numId w:val="10"/>
        </w:numPr>
        <w:rPr>
          <w:rFonts w:ascii="Book Antiqua" w:hAnsi="Book Antiqua"/>
        </w:rPr>
      </w:pPr>
      <w:r w:rsidRPr="00EF1E81">
        <w:rPr>
          <w:rFonts w:ascii="Book Antiqua" w:hAnsi="Book Antiqua"/>
        </w:rPr>
        <w:t>Applied and Translational Research</w:t>
      </w:r>
    </w:p>
    <w:p w14:paraId="3F02FBFE" w14:textId="4C304972" w:rsidR="00253151" w:rsidRPr="00EF1E81" w:rsidRDefault="001503A4" w:rsidP="001503A4">
      <w:pPr>
        <w:pStyle w:val="Heading2"/>
        <w:ind w:left="-284"/>
        <w:rPr>
          <w:rFonts w:ascii="Book Antiqua" w:hAnsi="Book Antiqua"/>
        </w:rPr>
      </w:pPr>
      <w:r w:rsidRPr="00EF1E81">
        <w:rPr>
          <w:rFonts w:ascii="Book Antiqua" w:hAnsi="Book Antiqua"/>
        </w:rPr>
        <w:t>Submission Guidelines</w:t>
      </w:r>
    </w:p>
    <w:p w14:paraId="708A18BC" w14:textId="7217A5DB" w:rsidR="00253151" w:rsidRPr="00EF1E81" w:rsidRDefault="001503A4" w:rsidP="001503A4">
      <w:pPr>
        <w:spacing w:after="0" w:line="240" w:lineRule="auto"/>
        <w:ind w:left="-284"/>
        <w:rPr>
          <w:rFonts w:ascii="Book Antiqua" w:hAnsi="Book Antiqua"/>
        </w:rPr>
      </w:pPr>
      <w:r w:rsidRPr="00EF1E81">
        <w:rPr>
          <w:rFonts w:ascii="Book Antiqua" w:hAnsi="Book Antiqua"/>
        </w:rPr>
        <w:t>Abstract length: Maximum 300 words in the application form provided below</w:t>
      </w:r>
    </w:p>
    <w:p w14:paraId="7CE3DFDA" w14:textId="31C5C5CA" w:rsidR="00253151" w:rsidRPr="001503A4" w:rsidRDefault="001503A4" w:rsidP="001503A4">
      <w:pPr>
        <w:spacing w:after="0" w:line="240" w:lineRule="auto"/>
        <w:ind w:left="-284"/>
        <w:rPr>
          <w:rFonts w:ascii="Book Antiqua" w:hAnsi="Book Antiqua"/>
        </w:rPr>
      </w:pPr>
      <w:r w:rsidRPr="00EF1E81">
        <w:rPr>
          <w:rFonts w:ascii="Book Antiqua" w:hAnsi="Book Antiqua"/>
        </w:rPr>
        <w:t>Format: MS Word, Times New Roman, 12 pt, single spacing</w:t>
      </w:r>
    </w:p>
    <w:p w14:paraId="4D0F9C44" w14:textId="5DD4F6BD" w:rsidR="00253151" w:rsidRPr="001503A4" w:rsidRDefault="001503A4" w:rsidP="001503A4">
      <w:pPr>
        <w:spacing w:after="0" w:line="240" w:lineRule="auto"/>
        <w:ind w:left="-284"/>
        <w:rPr>
          <w:rFonts w:ascii="Book Antiqua" w:hAnsi="Book Antiqua"/>
        </w:rPr>
      </w:pPr>
      <w:r w:rsidRPr="001503A4">
        <w:rPr>
          <w:rFonts w:ascii="Book Antiqua" w:hAnsi="Book Antiqua"/>
        </w:rPr>
        <w:t xml:space="preserve">Deadline: </w:t>
      </w:r>
      <w:r w:rsidR="00EF1E81">
        <w:rPr>
          <w:rFonts w:ascii="Book Antiqua" w:hAnsi="Book Antiqua"/>
        </w:rPr>
        <w:t>20</w:t>
      </w:r>
      <w:r w:rsidR="00EF1E81" w:rsidRPr="00EF1E81">
        <w:rPr>
          <w:rFonts w:ascii="Book Antiqua" w:hAnsi="Book Antiqua"/>
          <w:vertAlign w:val="superscript"/>
        </w:rPr>
        <w:t>th</w:t>
      </w:r>
      <w:r w:rsidR="00EF1E81">
        <w:rPr>
          <w:rFonts w:ascii="Book Antiqua" w:hAnsi="Book Antiqua"/>
        </w:rPr>
        <w:t xml:space="preserve"> August 2026</w:t>
      </w:r>
    </w:p>
    <w:p w14:paraId="6AEAB019" w14:textId="2D8A44AB" w:rsidR="00253151" w:rsidRPr="001503A4" w:rsidRDefault="001503A4" w:rsidP="001503A4">
      <w:pPr>
        <w:spacing w:after="0" w:line="240" w:lineRule="auto"/>
        <w:ind w:left="-284"/>
        <w:rPr>
          <w:rFonts w:ascii="Book Antiqua" w:hAnsi="Book Antiqua"/>
        </w:rPr>
      </w:pPr>
      <w:r w:rsidRPr="001503A4">
        <w:rPr>
          <w:rFonts w:ascii="Book Antiqua" w:hAnsi="Book Antiqua"/>
        </w:rPr>
        <w:t xml:space="preserve">Submission: Email to </w:t>
      </w:r>
      <w:hyperlink r:id="rId8" w:history="1">
        <w:r w:rsidRPr="005D1637">
          <w:rPr>
            <w:rStyle w:val="Hyperlink"/>
            <w:rFonts w:ascii="Book Antiqua" w:hAnsi="Book Antiqua"/>
            <w:b/>
            <w:bCs/>
          </w:rPr>
          <w:t>kastvpm@gmail.com</w:t>
        </w:r>
      </w:hyperlink>
      <w:r>
        <w:t xml:space="preserve"> </w:t>
      </w:r>
    </w:p>
    <w:p w14:paraId="48728F4A" w14:textId="77777777" w:rsidR="00253151" w:rsidRPr="00655B5A" w:rsidRDefault="001503A4" w:rsidP="001503A4">
      <w:pPr>
        <w:pStyle w:val="Heading2"/>
        <w:ind w:left="-284"/>
        <w:rPr>
          <w:rFonts w:ascii="Book Antiqua" w:hAnsi="Book Antiqua"/>
        </w:rPr>
      </w:pPr>
      <w:r w:rsidRPr="00655B5A">
        <w:rPr>
          <w:rFonts w:ascii="Book Antiqua" w:hAnsi="Book Antiqua"/>
        </w:rPr>
        <w:t>Selection &amp; Presentation</w:t>
      </w:r>
    </w:p>
    <w:p w14:paraId="5746C356" w14:textId="77777777" w:rsidR="00777D17" w:rsidRPr="00777D17" w:rsidRDefault="00777D17" w:rsidP="00777D17">
      <w:pPr>
        <w:pStyle w:val="ListBulle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77D17">
        <w:rPr>
          <w:rFonts w:ascii="Times New Roman" w:hAnsi="Times New Roman" w:cs="Times New Roman"/>
          <w:sz w:val="24"/>
          <w:szCs w:val="24"/>
        </w:rPr>
        <w:t>Selected abstracts will be invited for oral presentation. The date for presentation will be intimated later.</w:t>
      </w:r>
    </w:p>
    <w:p w14:paraId="50C0AD55" w14:textId="77777777" w:rsidR="00777D17" w:rsidRPr="00777D17" w:rsidRDefault="00777D17" w:rsidP="00777D17">
      <w:pPr>
        <w:pStyle w:val="ListBulle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77D17">
        <w:rPr>
          <w:rFonts w:ascii="Times New Roman" w:hAnsi="Times New Roman" w:cs="Times New Roman"/>
          <w:sz w:val="24"/>
          <w:szCs w:val="24"/>
        </w:rPr>
        <w:t>Each presenter will have 8 minutes for presentation + 2 minutes discussion.</w:t>
      </w:r>
    </w:p>
    <w:p w14:paraId="7BFFE18E" w14:textId="5351F6DE" w:rsidR="00777D17" w:rsidRPr="00777D17" w:rsidRDefault="00777D17" w:rsidP="00777D17">
      <w:pPr>
        <w:pStyle w:val="ListBulle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77D17">
        <w:rPr>
          <w:rFonts w:ascii="Times New Roman" w:hAnsi="Times New Roman" w:cs="Times New Roman"/>
          <w:sz w:val="24"/>
          <w:szCs w:val="24"/>
        </w:rPr>
        <w:t>Best Paper Awards will be presented during the Valedictory Function.</w:t>
      </w:r>
    </w:p>
    <w:p w14:paraId="2B25E34A" w14:textId="7A709840" w:rsidR="00F85696" w:rsidRPr="001503A4" w:rsidRDefault="00F85696" w:rsidP="00F85696">
      <w:pPr>
        <w:pStyle w:val="Heading2"/>
        <w:ind w:left="-284"/>
        <w:rPr>
          <w:rFonts w:ascii="Book Antiqua" w:hAnsi="Book Antiqua"/>
          <w:color w:val="auto"/>
          <w:sz w:val="24"/>
          <w:szCs w:val="24"/>
        </w:rPr>
      </w:pPr>
      <w:r w:rsidRPr="001503A4">
        <w:rPr>
          <w:rFonts w:ascii="Book Antiqua" w:hAnsi="Book Antiqua"/>
          <w:color w:val="auto"/>
          <w:sz w:val="24"/>
          <w:szCs w:val="24"/>
        </w:rPr>
        <w:t>Organizing Secretar</w:t>
      </w:r>
      <w:r w:rsidR="001679A7">
        <w:rPr>
          <w:rFonts w:ascii="Book Antiqua" w:hAnsi="Book Antiqua"/>
          <w:color w:val="auto"/>
          <w:sz w:val="24"/>
          <w:szCs w:val="24"/>
        </w:rPr>
        <w:t>y</w:t>
      </w:r>
      <w:r>
        <w:rPr>
          <w:rFonts w:ascii="Book Antiqua" w:hAnsi="Book Antiqua"/>
          <w:color w:val="auto"/>
          <w:sz w:val="24"/>
          <w:szCs w:val="24"/>
        </w:rPr>
        <w:t>:</w:t>
      </w:r>
    </w:p>
    <w:p w14:paraId="51EC0CC7" w14:textId="03956B67" w:rsidR="00EF1E81" w:rsidRPr="00777D17" w:rsidRDefault="00EF1E81" w:rsidP="00EF1E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232527"/>
          <w:sz w:val="24"/>
          <w:szCs w:val="24"/>
          <w:lang w:val="en-IN" w:eastAsia="en-IN"/>
        </w:rPr>
      </w:pPr>
      <w:r w:rsidRPr="00777D17">
        <w:rPr>
          <w:rFonts w:ascii="Times New Roman" w:eastAsia="Times New Roman" w:hAnsi="Times New Roman" w:cs="Times New Roman"/>
          <w:bCs/>
          <w:color w:val="232527"/>
          <w:sz w:val="24"/>
          <w:szCs w:val="24"/>
          <w:lang w:val="en-IN" w:eastAsia="en-IN"/>
        </w:rPr>
        <w:t>Dr. P. Sreejith</w:t>
      </w:r>
      <w:r w:rsidRPr="00777D17">
        <w:rPr>
          <w:rFonts w:ascii="Times New Roman" w:eastAsia="Times New Roman" w:hAnsi="Times New Roman" w:cs="Times New Roman"/>
          <w:color w:val="232527"/>
          <w:sz w:val="24"/>
          <w:szCs w:val="24"/>
          <w:lang w:val="en-IN" w:eastAsia="en-IN"/>
        </w:rPr>
        <w:t xml:space="preserve">, </w:t>
      </w:r>
      <w:r w:rsidRPr="00777D17">
        <w:rPr>
          <w:rFonts w:ascii="Times New Roman" w:eastAsia="Times New Roman" w:hAnsi="Times New Roman" w:cs="Times New Roman"/>
          <w:bCs/>
          <w:color w:val="232527"/>
          <w:sz w:val="24"/>
          <w:szCs w:val="24"/>
          <w:lang w:val="en-IN" w:eastAsia="en-IN"/>
        </w:rPr>
        <w:t>General Secretary, KAS</w:t>
      </w:r>
    </w:p>
    <w:p w14:paraId="71329ED9" w14:textId="37874359" w:rsidR="00F85696" w:rsidRPr="00777D17" w:rsidRDefault="003A79F5" w:rsidP="00F85696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F85696" w:rsidRPr="00777D1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EF1E81" w:rsidRPr="00777D17">
          <w:rPr>
            <w:rStyle w:val="Hyperlink"/>
            <w:rFonts w:ascii="Times New Roman" w:hAnsi="Times New Roman" w:cs="Times New Roman"/>
            <w:sz w:val="24"/>
            <w:szCs w:val="24"/>
          </w:rPr>
          <w:t>p.sreejith@gmail.com</w:t>
        </w:r>
      </w:hyperlink>
      <w:r w:rsidR="00F85696" w:rsidRPr="00777D17">
        <w:rPr>
          <w:rFonts w:ascii="Times New Roman" w:hAnsi="Times New Roman" w:cs="Times New Roman"/>
          <w:sz w:val="24"/>
          <w:szCs w:val="24"/>
        </w:rPr>
        <w:t>, Mob</w:t>
      </w:r>
      <w:r w:rsidR="00EF1E81"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9995211717, </w:t>
      </w:r>
      <w:r w:rsidR="00EF1E81"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9496793794</w:t>
      </w:r>
    </w:p>
    <w:p w14:paraId="3CE07592" w14:textId="0A0B246E" w:rsidR="00EF1E81" w:rsidRPr="00777D17" w:rsidRDefault="00EF1E81" w:rsidP="00F85696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</w:p>
    <w:p w14:paraId="133D68EA" w14:textId="1E3AB23D" w:rsidR="001679A7" w:rsidRDefault="001679A7" w:rsidP="00EF1E81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Supporting Staff</w:t>
      </w:r>
    </w:p>
    <w:p w14:paraId="0BA6255B" w14:textId="3D08CCC9" w:rsidR="00EF1E81" w:rsidRPr="00777D17" w:rsidRDefault="00EF1E81" w:rsidP="00EF1E81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Anjana VS, </w:t>
      </w:r>
      <w:r w:rsidR="001679A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Research Assistant, </w:t>
      </w:r>
      <w:proofErr w:type="spellStart"/>
      <w:r w:rsidR="001679A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AcREM</w:t>
      </w:r>
      <w:proofErr w:type="spellEnd"/>
      <w:r w:rsidR="001679A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-STEM. Dept. of Zoology </w:t>
      </w:r>
    </w:p>
    <w:p w14:paraId="14DD2378" w14:textId="30C188B4" w:rsidR="00EF1E81" w:rsidRPr="00777D17" w:rsidRDefault="00EF1E81" w:rsidP="00EF1E81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Email: </w:t>
      </w:r>
      <w:hyperlink r:id="rId10" w:history="1">
        <w:r w:rsidRPr="00777D1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anjanaskumar0704@gmail.com</w:t>
        </w:r>
      </w:hyperlink>
      <w:r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, Mob: 6238584874</w:t>
      </w:r>
    </w:p>
    <w:p w14:paraId="3EFC9546" w14:textId="6B4AAEEE" w:rsidR="001503A4" w:rsidRPr="009B2C32" w:rsidRDefault="001503A4" w:rsidP="001503A4">
      <w:pPr>
        <w:spacing w:after="0" w:line="240" w:lineRule="auto"/>
        <w:ind w:left="-284"/>
        <w:rPr>
          <w:rFonts w:ascii="Book Antiqua" w:hAnsi="Book Antiqua"/>
        </w:rPr>
      </w:pPr>
    </w:p>
    <w:p w14:paraId="6CFCBAA1" w14:textId="77777777" w:rsidR="001503A4" w:rsidRPr="00187417" w:rsidRDefault="001503A4" w:rsidP="001503A4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187417">
        <w:rPr>
          <w:rFonts w:ascii="Book Antiqua" w:hAnsi="Book Antiqua"/>
          <w:b/>
          <w:bCs/>
          <w:noProof/>
          <w:lang w:val="en-IN" w:eastAsia="en-IN"/>
        </w:rPr>
        <w:lastRenderedPageBreak/>
        <w:drawing>
          <wp:inline distT="0" distB="0" distL="0" distR="0" wp14:anchorId="550FE22B" wp14:editId="5D6472F2">
            <wp:extent cx="583968" cy="572135"/>
            <wp:effectExtent l="0" t="0" r="6985" b="0"/>
            <wp:docPr id="1227804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8" cy="60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0922C" w14:textId="77777777" w:rsidR="001503A4" w:rsidRPr="005D1637" w:rsidRDefault="001503A4" w:rsidP="001503A4">
      <w:pPr>
        <w:spacing w:after="0" w:line="240" w:lineRule="auto"/>
        <w:jc w:val="center"/>
        <w:rPr>
          <w:rFonts w:ascii="Book Antiqua" w:hAnsi="Book Antiqua"/>
          <w:b/>
          <w:bCs/>
          <w:sz w:val="28"/>
          <w:szCs w:val="28"/>
        </w:rPr>
      </w:pPr>
      <w:r w:rsidRPr="005D1637">
        <w:rPr>
          <w:rFonts w:ascii="Book Antiqua" w:hAnsi="Book Antiqua"/>
          <w:b/>
          <w:bCs/>
          <w:sz w:val="28"/>
          <w:szCs w:val="28"/>
        </w:rPr>
        <w:t>KERALA ACADEMY OF SCIENCES</w:t>
      </w:r>
    </w:p>
    <w:p w14:paraId="63447A2C" w14:textId="77777777" w:rsidR="001503A4" w:rsidRPr="005D1637" w:rsidRDefault="001503A4" w:rsidP="001503A4">
      <w:pPr>
        <w:spacing w:after="160" w:line="278" w:lineRule="auto"/>
        <w:jc w:val="center"/>
        <w:rPr>
          <w:rFonts w:ascii="Book Antiqua" w:hAnsi="Book Antiqua"/>
        </w:rPr>
      </w:pPr>
      <w:hyperlink r:id="rId11" w:history="1">
        <w:r w:rsidRPr="005D1637">
          <w:rPr>
            <w:rStyle w:val="Hyperlink"/>
            <w:rFonts w:ascii="Book Antiqua" w:hAnsi="Book Antiqua"/>
          </w:rPr>
          <w:t>www.kas.org.in</w:t>
        </w:r>
      </w:hyperlink>
      <w:r w:rsidRPr="00187417">
        <w:rPr>
          <w:rFonts w:ascii="Book Antiqua" w:hAnsi="Book Antiqua"/>
        </w:rPr>
        <w:t xml:space="preserve"> </w:t>
      </w:r>
    </w:p>
    <w:p w14:paraId="3ECD81E3" w14:textId="77777777" w:rsidR="001503A4" w:rsidRDefault="001503A4" w:rsidP="001503A4">
      <w:pPr>
        <w:ind w:left="-284"/>
        <w:rPr>
          <w:rFonts w:ascii="Book Antiqua" w:hAnsi="Book Antiqua"/>
          <w:b/>
          <w:bCs/>
          <w:lang w:val="en-IN"/>
        </w:rPr>
      </w:pPr>
    </w:p>
    <w:p w14:paraId="499E9719" w14:textId="5B614CD6" w:rsidR="001503A4" w:rsidRPr="001503A4" w:rsidRDefault="001503A4" w:rsidP="001503A4">
      <w:pPr>
        <w:ind w:left="-284"/>
        <w:rPr>
          <w:rFonts w:ascii="Book Antiqua" w:hAnsi="Book Antiqua"/>
          <w:b/>
          <w:bCs/>
          <w:sz w:val="24"/>
          <w:szCs w:val="24"/>
          <w:lang w:val="en-IN"/>
        </w:rPr>
      </w:pPr>
      <w:r w:rsidRPr="001503A4">
        <w:rPr>
          <w:rFonts w:ascii="Book Antiqua" w:hAnsi="Book Antiqua"/>
          <w:b/>
          <w:bCs/>
          <w:sz w:val="24"/>
          <w:szCs w:val="24"/>
          <w:lang w:val="en-IN"/>
        </w:rPr>
        <w:t>Application Form for Paper Submission</w:t>
      </w:r>
    </w:p>
    <w:p w14:paraId="6417659C" w14:textId="2C1A7B20" w:rsidR="001503A4" w:rsidRPr="001503A4" w:rsidRDefault="00EF1E81" w:rsidP="001503A4">
      <w:pPr>
        <w:ind w:left="-284"/>
        <w:rPr>
          <w:rFonts w:ascii="Book Antiqua" w:hAnsi="Book Antiqua"/>
          <w:sz w:val="24"/>
          <w:szCs w:val="24"/>
          <w:lang w:val="en-IN"/>
        </w:rPr>
      </w:pPr>
      <w:r>
        <w:rPr>
          <w:rFonts w:ascii="Book Antiqua" w:hAnsi="Book Antiqua"/>
          <w:b/>
          <w:bCs/>
          <w:sz w:val="24"/>
          <w:szCs w:val="24"/>
          <w:lang w:val="en-IN"/>
        </w:rPr>
        <w:t>Second</w:t>
      </w:r>
      <w:r w:rsidR="001503A4" w:rsidRPr="001503A4">
        <w:rPr>
          <w:rFonts w:ascii="Book Antiqua" w:hAnsi="Book Antiqua"/>
          <w:b/>
          <w:bCs/>
          <w:sz w:val="24"/>
          <w:szCs w:val="24"/>
          <w:lang w:val="en-IN"/>
        </w:rPr>
        <w:t xml:space="preserve"> Dr. P. V. Mohanan Endowment Oration &amp; Award Programme</w:t>
      </w:r>
      <w:r w:rsidR="001503A4" w:rsidRPr="001503A4">
        <w:rPr>
          <w:rFonts w:ascii="Book Antiqua" w:hAnsi="Book Antiqua"/>
          <w:sz w:val="24"/>
          <w:szCs w:val="24"/>
          <w:lang w:val="en-IN"/>
        </w:rPr>
        <w:br/>
      </w:r>
      <w:r>
        <w:rPr>
          <w:rFonts w:ascii="Book Antiqua" w:hAnsi="Book Antiqua"/>
          <w:sz w:val="24"/>
          <w:szCs w:val="24"/>
          <w:lang w:val="en-IN"/>
        </w:rPr>
        <w:t>3 September 2026</w:t>
      </w:r>
      <w:r w:rsidR="001503A4" w:rsidRPr="001503A4">
        <w:rPr>
          <w:rFonts w:ascii="Book Antiqua" w:hAnsi="Book Antiqua"/>
          <w:sz w:val="24"/>
          <w:szCs w:val="24"/>
          <w:lang w:val="en-IN"/>
        </w:rPr>
        <w:t xml:space="preserve"> | </w:t>
      </w:r>
      <w:r>
        <w:rPr>
          <w:rFonts w:ascii="Book Antiqua" w:hAnsi="Book Antiqua"/>
          <w:sz w:val="24"/>
          <w:szCs w:val="24"/>
          <w:lang w:val="en-IN"/>
        </w:rPr>
        <w:t xml:space="preserve">University of Kerala, </w:t>
      </w:r>
      <w:proofErr w:type="spellStart"/>
      <w:r>
        <w:rPr>
          <w:rFonts w:ascii="Book Antiqua" w:hAnsi="Book Antiqua"/>
          <w:sz w:val="24"/>
          <w:szCs w:val="24"/>
          <w:lang w:val="en-IN"/>
        </w:rPr>
        <w:t>Karyavattom</w:t>
      </w:r>
      <w:proofErr w:type="spellEnd"/>
      <w:r>
        <w:rPr>
          <w:rFonts w:ascii="Book Antiqua" w:hAnsi="Book Antiqua"/>
          <w:sz w:val="24"/>
          <w:szCs w:val="24"/>
          <w:lang w:val="en-IN"/>
        </w:rPr>
        <w:t>, Trivandrum</w:t>
      </w:r>
      <w:r w:rsidR="001503A4" w:rsidRPr="001503A4">
        <w:rPr>
          <w:rFonts w:ascii="Book Antiqua" w:hAnsi="Book Antiqua"/>
          <w:sz w:val="24"/>
          <w:szCs w:val="24"/>
          <w:lang w:val="en-IN"/>
        </w:rPr>
        <w:br/>
        <w:t xml:space="preserve">Organised by Kerala Academy of Sciences (KAS) &amp; </w:t>
      </w:r>
      <w:r>
        <w:rPr>
          <w:rFonts w:ascii="Book Antiqua" w:hAnsi="Book Antiqua"/>
          <w:sz w:val="24"/>
          <w:szCs w:val="24"/>
          <w:lang w:val="en-IN"/>
        </w:rPr>
        <w:t xml:space="preserve">University of Kerala, </w:t>
      </w:r>
      <w:proofErr w:type="spellStart"/>
      <w:r>
        <w:rPr>
          <w:rFonts w:ascii="Book Antiqua" w:hAnsi="Book Antiqua"/>
          <w:sz w:val="24"/>
          <w:szCs w:val="24"/>
          <w:lang w:val="en-IN"/>
        </w:rPr>
        <w:t>Karyavattom</w:t>
      </w:r>
      <w:proofErr w:type="spellEnd"/>
      <w:r>
        <w:rPr>
          <w:rFonts w:ascii="Book Antiqua" w:hAnsi="Book Antiqua"/>
          <w:sz w:val="24"/>
          <w:szCs w:val="24"/>
          <w:lang w:val="en-IN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  <w:lang w:val="en-IN"/>
        </w:rPr>
        <w:t>Triandrum</w:t>
      </w:r>
      <w:proofErr w:type="spellEnd"/>
    </w:p>
    <w:p w14:paraId="0F5ECC0F" w14:textId="77777777" w:rsidR="001503A4" w:rsidRPr="001503A4" w:rsidRDefault="001503A4" w:rsidP="001503A4">
      <w:pPr>
        <w:ind w:left="-284"/>
        <w:rPr>
          <w:rFonts w:ascii="Book Antiqua" w:hAnsi="Book Antiqua"/>
          <w:b/>
          <w:bCs/>
          <w:lang w:val="en-IN"/>
        </w:rPr>
      </w:pPr>
      <w:r w:rsidRPr="001503A4">
        <w:rPr>
          <w:rFonts w:ascii="Book Antiqua" w:hAnsi="Book Antiqua"/>
          <w:b/>
          <w:bCs/>
          <w:lang w:val="en-IN"/>
        </w:rPr>
        <w:t>A. Applicant Details</w:t>
      </w:r>
    </w:p>
    <w:p w14:paraId="42C708A2" w14:textId="0AD34EC8" w:rsidR="001503A4" w:rsidRPr="001503A4" w:rsidRDefault="001503A4" w:rsidP="001503A4">
      <w:pPr>
        <w:numPr>
          <w:ilvl w:val="0"/>
          <w:numId w:val="16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Name of Applicant: </w:t>
      </w:r>
    </w:p>
    <w:p w14:paraId="68A2F6A1" w14:textId="49DC98A7" w:rsidR="001503A4" w:rsidRPr="001503A4" w:rsidRDefault="001503A4" w:rsidP="001503A4">
      <w:pPr>
        <w:numPr>
          <w:ilvl w:val="0"/>
          <w:numId w:val="16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Affiliation / Institution: </w:t>
      </w:r>
    </w:p>
    <w:p w14:paraId="1E061B8E" w14:textId="77777777" w:rsidR="001503A4" w:rsidRDefault="001503A4" w:rsidP="001503A4">
      <w:pPr>
        <w:numPr>
          <w:ilvl w:val="0"/>
          <w:numId w:val="16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Designation: </w:t>
      </w:r>
    </w:p>
    <w:p w14:paraId="7C065D31" w14:textId="0C36667A" w:rsidR="001503A4" w:rsidRPr="001503A4" w:rsidRDefault="001503A4" w:rsidP="001503A4">
      <w:pPr>
        <w:numPr>
          <w:ilvl w:val="0"/>
          <w:numId w:val="16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>Address for Communication:</w:t>
      </w:r>
    </w:p>
    <w:p w14:paraId="1B322E31" w14:textId="2DA5661A" w:rsidR="001503A4" w:rsidRPr="001503A4" w:rsidRDefault="001503A4" w:rsidP="001503A4">
      <w:pPr>
        <w:ind w:left="-284"/>
        <w:rPr>
          <w:rFonts w:ascii="Book Antiqua" w:hAnsi="Book Antiqua"/>
          <w:lang w:val="en-IN"/>
        </w:rPr>
      </w:pPr>
    </w:p>
    <w:p w14:paraId="27B8E04A" w14:textId="56708237" w:rsidR="001503A4" w:rsidRPr="001503A4" w:rsidRDefault="001503A4" w:rsidP="001503A4">
      <w:pPr>
        <w:numPr>
          <w:ilvl w:val="0"/>
          <w:numId w:val="16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Email: </w:t>
      </w:r>
      <w:r>
        <w:rPr>
          <w:rFonts w:ascii="Book Antiqua" w:hAnsi="Book Antiqua"/>
          <w:lang w:val="en-IN"/>
        </w:rPr>
        <w:t xml:space="preserve">                                     </w:t>
      </w:r>
      <w:r w:rsidRPr="001503A4">
        <w:rPr>
          <w:rFonts w:ascii="Book Antiqua" w:hAnsi="Book Antiqua"/>
          <w:lang w:val="en-IN"/>
        </w:rPr>
        <w:t xml:space="preserve">Phone: </w:t>
      </w:r>
      <w:r>
        <w:rPr>
          <w:rFonts w:ascii="Book Antiqua" w:hAnsi="Book Antiqua"/>
          <w:lang w:val="en-IN"/>
        </w:rPr>
        <w:t xml:space="preserve"> </w:t>
      </w:r>
    </w:p>
    <w:p w14:paraId="46904476" w14:textId="77777777" w:rsidR="001503A4" w:rsidRDefault="001503A4" w:rsidP="001503A4">
      <w:pPr>
        <w:ind w:left="-284"/>
        <w:rPr>
          <w:rFonts w:ascii="Book Antiqua" w:hAnsi="Book Antiqua"/>
          <w:b/>
          <w:bCs/>
          <w:lang w:val="en-IN"/>
        </w:rPr>
      </w:pPr>
    </w:p>
    <w:p w14:paraId="4A0EC867" w14:textId="43C70ED1" w:rsidR="001503A4" w:rsidRPr="001503A4" w:rsidRDefault="001503A4" w:rsidP="001503A4">
      <w:pPr>
        <w:ind w:left="-284"/>
        <w:rPr>
          <w:rFonts w:ascii="Book Antiqua" w:hAnsi="Book Antiqua"/>
          <w:b/>
          <w:bCs/>
          <w:lang w:val="en-IN"/>
        </w:rPr>
      </w:pPr>
      <w:r w:rsidRPr="001503A4">
        <w:rPr>
          <w:rFonts w:ascii="Book Antiqua" w:hAnsi="Book Antiqua"/>
          <w:b/>
          <w:bCs/>
          <w:lang w:val="en-IN"/>
        </w:rPr>
        <w:t>B. Paper Details</w:t>
      </w:r>
    </w:p>
    <w:p w14:paraId="342AE9C4" w14:textId="24C8C7D5" w:rsidR="001503A4" w:rsidRPr="001503A4" w:rsidRDefault="001503A4" w:rsidP="001503A4">
      <w:pPr>
        <w:numPr>
          <w:ilvl w:val="0"/>
          <w:numId w:val="13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Title of Paper: </w:t>
      </w:r>
      <w:r>
        <w:rPr>
          <w:rFonts w:ascii="Book Antiqua" w:hAnsi="Book Antiqua"/>
          <w:lang w:val="en-IN"/>
        </w:rPr>
        <w:t xml:space="preserve"> </w:t>
      </w:r>
    </w:p>
    <w:p w14:paraId="6D56CF94" w14:textId="2FAE2500" w:rsidR="001503A4" w:rsidRPr="001503A4" w:rsidRDefault="001503A4" w:rsidP="001503A4">
      <w:pPr>
        <w:numPr>
          <w:ilvl w:val="0"/>
          <w:numId w:val="13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Research Area: </w:t>
      </w:r>
      <w:r>
        <w:rPr>
          <w:rFonts w:ascii="Book Antiqua" w:hAnsi="Book Antiqua"/>
          <w:lang w:val="en-IN"/>
        </w:rPr>
        <w:t xml:space="preserve"> </w:t>
      </w:r>
    </w:p>
    <w:p w14:paraId="366656A1" w14:textId="77777777" w:rsidR="001503A4" w:rsidRPr="001503A4" w:rsidRDefault="001503A4" w:rsidP="001503A4">
      <w:pPr>
        <w:numPr>
          <w:ilvl w:val="0"/>
          <w:numId w:val="13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>Abstract (max. 300 words):</w:t>
      </w:r>
    </w:p>
    <w:p w14:paraId="06857874" w14:textId="02C1D898" w:rsidR="001503A4" w:rsidRPr="001503A4" w:rsidRDefault="001503A4" w:rsidP="001503A4">
      <w:pPr>
        <w:ind w:left="-284"/>
        <w:rPr>
          <w:rFonts w:ascii="Book Antiqua" w:hAnsi="Book Antiqua"/>
          <w:lang w:val="en-IN"/>
        </w:rPr>
      </w:pPr>
    </w:p>
    <w:p w14:paraId="496AA0E1" w14:textId="77777777" w:rsidR="001503A4" w:rsidRPr="001503A4" w:rsidRDefault="001503A4" w:rsidP="001503A4">
      <w:pPr>
        <w:ind w:left="-284"/>
        <w:rPr>
          <w:rFonts w:ascii="Book Antiqua" w:hAnsi="Book Antiqua"/>
          <w:b/>
          <w:bCs/>
          <w:lang w:val="en-IN"/>
        </w:rPr>
      </w:pPr>
      <w:r w:rsidRPr="001503A4">
        <w:rPr>
          <w:rFonts w:ascii="Book Antiqua" w:hAnsi="Book Antiqua"/>
          <w:b/>
          <w:bCs/>
          <w:lang w:val="en-IN"/>
        </w:rPr>
        <w:t>C. Declaration</w:t>
      </w:r>
    </w:p>
    <w:p w14:paraId="1AAAAE0F" w14:textId="77777777" w:rsidR="001503A4" w:rsidRPr="001503A4" w:rsidRDefault="001503A4" w:rsidP="001503A4">
      <w:pPr>
        <w:ind w:left="-284"/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>I hereby declare that the details provided above are true to the best of my knowledge.</w:t>
      </w:r>
    </w:p>
    <w:p w14:paraId="20E43285" w14:textId="58672C43" w:rsidR="001503A4" w:rsidRPr="001503A4" w:rsidRDefault="001503A4" w:rsidP="001503A4">
      <w:pPr>
        <w:ind w:left="-284"/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Signature of Applicant: </w:t>
      </w:r>
      <w:r w:rsidRPr="001503A4">
        <w:rPr>
          <w:rFonts w:ascii="Book Antiqua" w:hAnsi="Book Antiqua"/>
          <w:lang w:val="en-IN"/>
        </w:rPr>
        <w:br/>
        <w:t xml:space="preserve">Date: </w:t>
      </w:r>
    </w:p>
    <w:p w14:paraId="6D72CD37" w14:textId="0919E62D" w:rsidR="001503A4" w:rsidRPr="001503A4" w:rsidRDefault="001503A4" w:rsidP="001503A4">
      <w:pPr>
        <w:ind w:left="-284"/>
        <w:rPr>
          <w:rFonts w:ascii="Book Antiqua" w:hAnsi="Book Antiqua"/>
          <w:lang w:val="en-IN"/>
        </w:rPr>
      </w:pPr>
    </w:p>
    <w:p w14:paraId="683799F5" w14:textId="77777777" w:rsidR="001503A4" w:rsidRPr="001503A4" w:rsidRDefault="001503A4" w:rsidP="001503A4">
      <w:pPr>
        <w:ind w:left="-284"/>
        <w:rPr>
          <w:rFonts w:ascii="Book Antiqua" w:hAnsi="Book Antiqua"/>
          <w:b/>
          <w:bCs/>
          <w:lang w:val="en-IN"/>
        </w:rPr>
      </w:pPr>
      <w:r w:rsidRPr="001503A4">
        <w:rPr>
          <w:rFonts w:ascii="Book Antiqua" w:hAnsi="Book Antiqua"/>
          <w:b/>
          <w:bCs/>
          <w:lang w:val="en-IN"/>
        </w:rPr>
        <w:t>Submission Instructions</w:t>
      </w:r>
    </w:p>
    <w:p w14:paraId="381A4A42" w14:textId="0ED27022" w:rsidR="001503A4" w:rsidRPr="001503A4" w:rsidRDefault="001503A4" w:rsidP="001503A4">
      <w:pPr>
        <w:numPr>
          <w:ilvl w:val="0"/>
          <w:numId w:val="14"/>
        </w:numPr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Last Date for Submission: </w:t>
      </w:r>
      <w:r w:rsidR="00EF1E81">
        <w:rPr>
          <w:rFonts w:ascii="Book Antiqua" w:hAnsi="Book Antiqua"/>
          <w:b/>
          <w:bCs/>
          <w:lang w:val="en-IN"/>
        </w:rPr>
        <w:t>20 August 2026</w:t>
      </w:r>
    </w:p>
    <w:p w14:paraId="639FA249" w14:textId="70752C45" w:rsidR="001503A4" w:rsidRPr="001503A4" w:rsidRDefault="001503A4" w:rsidP="001503A4">
      <w:pPr>
        <w:numPr>
          <w:ilvl w:val="0"/>
          <w:numId w:val="14"/>
        </w:numPr>
        <w:jc w:val="both"/>
        <w:rPr>
          <w:rFonts w:ascii="Book Antiqua" w:hAnsi="Book Antiqua"/>
          <w:lang w:val="en-IN"/>
        </w:rPr>
      </w:pPr>
      <w:r w:rsidRPr="001503A4">
        <w:rPr>
          <w:rFonts w:ascii="Book Antiqua" w:hAnsi="Book Antiqua"/>
          <w:lang w:val="en-IN"/>
        </w:rPr>
        <w:t xml:space="preserve">Email </w:t>
      </w:r>
      <w:r>
        <w:rPr>
          <w:rFonts w:ascii="Book Antiqua" w:hAnsi="Book Antiqua"/>
          <w:lang w:val="en-IN"/>
        </w:rPr>
        <w:t xml:space="preserve">the application form along with the </w:t>
      </w:r>
      <w:r w:rsidRPr="001503A4">
        <w:rPr>
          <w:rFonts w:ascii="Book Antiqua" w:hAnsi="Book Antiqua"/>
          <w:lang w:val="en-IN"/>
        </w:rPr>
        <w:t>abstract (</w:t>
      </w:r>
      <w:r w:rsidRPr="00EF1E81">
        <w:rPr>
          <w:rFonts w:ascii="Book Antiqua" w:hAnsi="Book Antiqua"/>
          <w:lang w:val="en-IN"/>
        </w:rPr>
        <w:t>Word, Times New Roman, 12 pt, single spacing</w:t>
      </w:r>
      <w:r w:rsidRPr="001503A4">
        <w:rPr>
          <w:rFonts w:ascii="Book Antiqua" w:hAnsi="Book Antiqua"/>
          <w:lang w:val="en-IN"/>
        </w:rPr>
        <w:t xml:space="preserve">) to: </w:t>
      </w:r>
      <w:hyperlink r:id="rId12" w:history="1">
        <w:r w:rsidRPr="005D1637">
          <w:rPr>
            <w:rStyle w:val="Hyperlink"/>
            <w:rFonts w:ascii="Book Antiqua" w:hAnsi="Book Antiqua"/>
            <w:b/>
            <w:bCs/>
          </w:rPr>
          <w:t>kastvpm@gmail.com</w:t>
        </w:r>
      </w:hyperlink>
    </w:p>
    <w:p w14:paraId="115F9A80" w14:textId="04A25C71" w:rsidR="001503A4" w:rsidRPr="001503A4" w:rsidRDefault="00AC2C0E" w:rsidP="001503A4">
      <w:pPr>
        <w:pStyle w:val="Heading2"/>
        <w:ind w:left="-284"/>
        <w:rPr>
          <w:rFonts w:ascii="Book Antiqua" w:hAnsi="Book Antiqua"/>
          <w:color w:val="auto"/>
          <w:sz w:val="24"/>
          <w:szCs w:val="24"/>
        </w:rPr>
      </w:pPr>
      <w:r w:rsidRPr="001503A4">
        <w:rPr>
          <w:rFonts w:ascii="Book Antiqua" w:hAnsi="Book Antiqua"/>
          <w:color w:val="auto"/>
          <w:sz w:val="24"/>
          <w:szCs w:val="24"/>
        </w:rPr>
        <w:t>Organizing</w:t>
      </w:r>
      <w:r w:rsidR="001503A4" w:rsidRPr="001503A4">
        <w:rPr>
          <w:rFonts w:ascii="Book Antiqua" w:hAnsi="Book Antiqua"/>
          <w:color w:val="auto"/>
          <w:sz w:val="24"/>
          <w:szCs w:val="24"/>
        </w:rPr>
        <w:t xml:space="preserve"> Secretar</w:t>
      </w:r>
      <w:r w:rsidR="003A79F5">
        <w:rPr>
          <w:rFonts w:ascii="Book Antiqua" w:hAnsi="Book Antiqua"/>
          <w:color w:val="auto"/>
          <w:sz w:val="24"/>
          <w:szCs w:val="24"/>
        </w:rPr>
        <w:t>y</w:t>
      </w:r>
      <w:r w:rsidR="001503A4">
        <w:rPr>
          <w:rFonts w:ascii="Book Antiqua" w:hAnsi="Book Antiqua"/>
          <w:color w:val="auto"/>
          <w:sz w:val="24"/>
          <w:szCs w:val="24"/>
        </w:rPr>
        <w:t>:</w:t>
      </w:r>
    </w:p>
    <w:p w14:paraId="1BF8D4AC" w14:textId="77777777" w:rsidR="003A79F5" w:rsidRDefault="003A79F5" w:rsidP="00EF1E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Cs/>
          <w:color w:val="232527"/>
          <w:sz w:val="24"/>
          <w:szCs w:val="24"/>
          <w:lang w:val="en-IN" w:eastAsia="en-IN"/>
        </w:rPr>
      </w:pPr>
    </w:p>
    <w:p w14:paraId="7F4BBD7C" w14:textId="73D3B5F8" w:rsidR="00EF1E81" w:rsidRPr="008907DD" w:rsidRDefault="00EF1E81" w:rsidP="00EF1E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232527"/>
          <w:sz w:val="24"/>
          <w:szCs w:val="24"/>
          <w:lang w:val="en-IN" w:eastAsia="en-IN"/>
        </w:rPr>
      </w:pPr>
      <w:r w:rsidRPr="008907DD">
        <w:rPr>
          <w:rFonts w:ascii="Times New Roman" w:eastAsia="Times New Roman" w:hAnsi="Times New Roman" w:cs="Times New Roman"/>
          <w:bCs/>
          <w:color w:val="232527"/>
          <w:sz w:val="24"/>
          <w:szCs w:val="24"/>
          <w:lang w:val="en-IN" w:eastAsia="en-IN"/>
        </w:rPr>
        <w:t>Dr. P. Sreejith</w:t>
      </w:r>
      <w:r w:rsidRPr="008907DD">
        <w:rPr>
          <w:rFonts w:ascii="Times New Roman" w:eastAsia="Times New Roman" w:hAnsi="Times New Roman" w:cs="Times New Roman"/>
          <w:color w:val="232527"/>
          <w:sz w:val="24"/>
          <w:szCs w:val="24"/>
          <w:lang w:val="en-IN" w:eastAsia="en-IN"/>
        </w:rPr>
        <w:t xml:space="preserve">, </w:t>
      </w:r>
      <w:r w:rsidRPr="008907DD">
        <w:rPr>
          <w:rFonts w:ascii="Times New Roman" w:eastAsia="Times New Roman" w:hAnsi="Times New Roman" w:cs="Times New Roman"/>
          <w:bCs/>
          <w:color w:val="232527"/>
          <w:sz w:val="24"/>
          <w:szCs w:val="24"/>
          <w:lang w:val="en-IN" w:eastAsia="en-IN"/>
        </w:rPr>
        <w:t>General Secretary, KAS</w:t>
      </w:r>
    </w:p>
    <w:p w14:paraId="17B13962" w14:textId="77777777" w:rsidR="00EF1E81" w:rsidRPr="008907DD" w:rsidRDefault="00EF1E81" w:rsidP="00EF1E81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proofErr w:type="gramStart"/>
      <w:r w:rsidRPr="008907DD">
        <w:rPr>
          <w:rFonts w:ascii="Times New Roman" w:hAnsi="Times New Roman" w:cs="Times New Roman"/>
          <w:sz w:val="24"/>
          <w:szCs w:val="24"/>
        </w:rPr>
        <w:t>E.mail</w:t>
      </w:r>
      <w:proofErr w:type="gramEnd"/>
      <w:r w:rsidRPr="008907DD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8907DD">
          <w:rPr>
            <w:rStyle w:val="Hyperlink"/>
            <w:rFonts w:ascii="Times New Roman" w:hAnsi="Times New Roman" w:cs="Times New Roman"/>
            <w:sz w:val="24"/>
            <w:szCs w:val="24"/>
          </w:rPr>
          <w:t>p.sreejith@gmail.com</w:t>
        </w:r>
      </w:hyperlink>
      <w:r w:rsidRPr="008907DD">
        <w:rPr>
          <w:rFonts w:ascii="Times New Roman" w:hAnsi="Times New Roman" w:cs="Times New Roman"/>
          <w:sz w:val="24"/>
          <w:szCs w:val="24"/>
        </w:rPr>
        <w:t>, Mob</w:t>
      </w:r>
      <w:r w:rsidRPr="008907DD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: 9496793794</w:t>
      </w:r>
    </w:p>
    <w:p w14:paraId="04F3177B" w14:textId="77777777" w:rsidR="00EF1E81" w:rsidRPr="008907DD" w:rsidRDefault="00EF1E81" w:rsidP="00EF1E81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</w:p>
    <w:p w14:paraId="36918FE4" w14:textId="77777777" w:rsidR="003A79F5" w:rsidRDefault="003A79F5" w:rsidP="003A79F5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Supporting Staff</w:t>
      </w:r>
    </w:p>
    <w:p w14:paraId="0949DF18" w14:textId="77777777" w:rsidR="003A79F5" w:rsidRPr="00777D17" w:rsidRDefault="003A79F5" w:rsidP="003A79F5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Anjana VS, </w:t>
      </w:r>
      <w:r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Research Assistant, </w:t>
      </w:r>
      <w:proofErr w:type="spellStart"/>
      <w:r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AcREM</w:t>
      </w:r>
      <w:proofErr w:type="spellEnd"/>
      <w:r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-STEM. Dept. of Zoology </w:t>
      </w:r>
    </w:p>
    <w:p w14:paraId="72005736" w14:textId="77777777" w:rsidR="003A79F5" w:rsidRPr="00777D17" w:rsidRDefault="003A79F5" w:rsidP="003A79F5">
      <w:pPr>
        <w:spacing w:after="0" w:line="240" w:lineRule="auto"/>
        <w:ind w:left="-284"/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</w:pPr>
      <w:r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 xml:space="preserve">Email: </w:t>
      </w:r>
      <w:hyperlink r:id="rId14" w:history="1">
        <w:r w:rsidRPr="00777D1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anjanaskumar0704@gmail.com</w:t>
        </w:r>
      </w:hyperlink>
      <w:r w:rsidRPr="00777D17">
        <w:rPr>
          <w:rFonts w:ascii="Times New Roman" w:hAnsi="Times New Roman" w:cs="Times New Roman"/>
          <w:color w:val="232527"/>
          <w:sz w:val="24"/>
          <w:szCs w:val="24"/>
          <w:shd w:val="clear" w:color="auto" w:fill="FFFFFF"/>
        </w:rPr>
        <w:t>, Mob: 6238584874</w:t>
      </w:r>
    </w:p>
    <w:p w14:paraId="54FA58D4" w14:textId="6A04E5B1" w:rsidR="00561CAB" w:rsidRPr="009B2C32" w:rsidRDefault="00561CAB" w:rsidP="00EF1E81">
      <w:pPr>
        <w:spacing w:after="0" w:line="240" w:lineRule="auto"/>
        <w:ind w:left="-284"/>
        <w:rPr>
          <w:rFonts w:ascii="Book Antiqua" w:hAnsi="Book Antiqua"/>
        </w:rPr>
      </w:pPr>
    </w:p>
    <w:sectPr w:rsidR="00561CAB" w:rsidRPr="009B2C32" w:rsidSect="001503A4">
      <w:pgSz w:w="12240" w:h="15840"/>
      <w:pgMar w:top="1440" w:right="1183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38A60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071E06"/>
    <w:multiLevelType w:val="multilevel"/>
    <w:tmpl w:val="BEE28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CF3DDC"/>
    <w:multiLevelType w:val="hybridMultilevel"/>
    <w:tmpl w:val="CC1C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72810"/>
    <w:multiLevelType w:val="hybridMultilevel"/>
    <w:tmpl w:val="496C05F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8F549A"/>
    <w:multiLevelType w:val="multilevel"/>
    <w:tmpl w:val="C7B0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F74C7"/>
    <w:multiLevelType w:val="multilevel"/>
    <w:tmpl w:val="9FB4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C277F"/>
    <w:multiLevelType w:val="hybridMultilevel"/>
    <w:tmpl w:val="BE58D964"/>
    <w:lvl w:ilvl="0" w:tplc="40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5D73C86"/>
    <w:multiLevelType w:val="multilevel"/>
    <w:tmpl w:val="3A92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95801"/>
    <w:multiLevelType w:val="multilevel"/>
    <w:tmpl w:val="C752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610870">
    <w:abstractNumId w:val="8"/>
  </w:num>
  <w:num w:numId="2" w16cid:durableId="2052067115">
    <w:abstractNumId w:val="6"/>
  </w:num>
  <w:num w:numId="3" w16cid:durableId="1819688629">
    <w:abstractNumId w:val="5"/>
  </w:num>
  <w:num w:numId="4" w16cid:durableId="2021227060">
    <w:abstractNumId w:val="4"/>
  </w:num>
  <w:num w:numId="5" w16cid:durableId="1859393164">
    <w:abstractNumId w:val="7"/>
  </w:num>
  <w:num w:numId="6" w16cid:durableId="1033382502">
    <w:abstractNumId w:val="3"/>
  </w:num>
  <w:num w:numId="7" w16cid:durableId="236985069">
    <w:abstractNumId w:val="2"/>
  </w:num>
  <w:num w:numId="8" w16cid:durableId="92675993">
    <w:abstractNumId w:val="1"/>
  </w:num>
  <w:num w:numId="9" w16cid:durableId="1012613340">
    <w:abstractNumId w:val="0"/>
  </w:num>
  <w:num w:numId="10" w16cid:durableId="1388457543">
    <w:abstractNumId w:val="10"/>
  </w:num>
  <w:num w:numId="11" w16cid:durableId="364840917">
    <w:abstractNumId w:val="14"/>
  </w:num>
  <w:num w:numId="12" w16cid:durableId="254897058">
    <w:abstractNumId w:val="12"/>
  </w:num>
  <w:num w:numId="13" w16cid:durableId="803884609">
    <w:abstractNumId w:val="9"/>
  </w:num>
  <w:num w:numId="14" w16cid:durableId="1451970743">
    <w:abstractNumId w:val="15"/>
  </w:num>
  <w:num w:numId="15" w16cid:durableId="134372095">
    <w:abstractNumId w:val="16"/>
  </w:num>
  <w:num w:numId="16" w16cid:durableId="12997967">
    <w:abstractNumId w:val="11"/>
  </w:num>
  <w:num w:numId="17" w16cid:durableId="9906746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09D3"/>
    <w:rsid w:val="001503A4"/>
    <w:rsid w:val="0015074B"/>
    <w:rsid w:val="001679A7"/>
    <w:rsid w:val="00253151"/>
    <w:rsid w:val="0029639D"/>
    <w:rsid w:val="00326F90"/>
    <w:rsid w:val="003A79F5"/>
    <w:rsid w:val="00406FD8"/>
    <w:rsid w:val="00484930"/>
    <w:rsid w:val="00561CAB"/>
    <w:rsid w:val="005E501C"/>
    <w:rsid w:val="00655B5A"/>
    <w:rsid w:val="00777D17"/>
    <w:rsid w:val="008907DD"/>
    <w:rsid w:val="00902B6C"/>
    <w:rsid w:val="009B5190"/>
    <w:rsid w:val="00AA1D8D"/>
    <w:rsid w:val="00AC2C0E"/>
    <w:rsid w:val="00B47730"/>
    <w:rsid w:val="00CB0664"/>
    <w:rsid w:val="00D61C99"/>
    <w:rsid w:val="00EF1E81"/>
    <w:rsid w:val="00F856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094CE6"/>
  <w14:defaultImageDpi w14:val="300"/>
  <w15:docId w15:val="{C805950A-F772-4472-A799-8BECAE2B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E81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503A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501C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EF1E81"/>
  </w:style>
  <w:style w:type="character" w:customStyle="1" w:styleId="elementor-dividertext">
    <w:name w:val="elementor-divider__text"/>
    <w:basedOn w:val="DefaultParagraphFont"/>
    <w:rsid w:val="00EF1E81"/>
  </w:style>
  <w:style w:type="paragraph" w:styleId="NormalWeb">
    <w:name w:val="Normal (Web)"/>
    <w:basedOn w:val="Normal"/>
    <w:uiPriority w:val="99"/>
    <w:semiHidden/>
    <w:unhideWhenUsed/>
    <w:rsid w:val="00EF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72809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1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1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8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tvpm@gmail.com" TargetMode="External"/><Relationship Id="rId13" Type="http://schemas.openxmlformats.org/officeDocument/2006/relationships/hyperlink" Target="mailto:p.sreejith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s.org.in" TargetMode="External"/><Relationship Id="rId12" Type="http://schemas.openxmlformats.org/officeDocument/2006/relationships/hyperlink" Target="mailto:kastvpm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kas.org.i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janaskumar070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sreejith@gmail.com" TargetMode="External"/><Relationship Id="rId14" Type="http://schemas.openxmlformats.org/officeDocument/2006/relationships/hyperlink" Target="mailto:anjanaskumar070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D48A4C-10CA-46DA-B1EE-A327C003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sreejithp7 sreejithp7</cp:lastModifiedBy>
  <cp:revision>13</cp:revision>
  <dcterms:created xsi:type="dcterms:W3CDTF">2025-09-09T02:36:00Z</dcterms:created>
  <dcterms:modified xsi:type="dcterms:W3CDTF">2026-07-27T11:31:00Z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a04b8ff2-7f7d-4a4c-9275-de12a18676a9</vt:lpwstr>
  </property>
</Properties>
</file>